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ארגון מידע ואוצר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תיוג וסינון של מידע לפי קטגוריות 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ולהטמיע מונחי לשון ותחביר דרך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חדש בעברית ולהשתמש בו במשפטים מלאים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ולתעד פרויקט כיתתי בצורה מסודרת ומנוסחת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מיון וסיווג: בניית ספרייה כיתתית – זיהוי ומיון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לעזור לתלמידים למצוא ספר מתאים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סריקת ברקוד של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מיון וסיווג: בניית ספרייה כיתתית – אמת ושקר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פריט יכול לכלול כמה מילות מפתח שעוזרות לחיפוש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 של התיאור הקצר בכרטיס הפריט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מיון וסיווג: בניית ספרייה כיתתית – תיוג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 עם עולם דמיוני וכוחות קסם)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(עלילה שמלווה מסעות ואתגרים)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(סיפור שמתרחש בעתיד או בטכנולוגיה מתקדמת)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(מידע עובדתי על נושא מהעולם האמיתי)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מיון וסיווג: בניית ספרייה כיתתית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מונחי לשון ותחביר – היכרות עם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הילד רץ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מונחי לשון ותחביר – זיהוי והתאמה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הפסוקית תלויה במשפט העיקרי ומשלימה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שם עצם ולא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מונחי לשון ותחביר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מונחי לשון ותחביר – התאמת מונחים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(מי או מה שעליו מדובר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נאמר על הנושא, לרוב 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(מילה המתארת שם עצם הסמוך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(מקבל את פעולת הפועל בלי 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(משפט המכיל פסוקית תלויה)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(הסיווג הדקדוקי של מילים כמו שם עצם ופועל)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אוצר מילים חדש בעברית – הכרת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ללמוד מילים חדשות בעברית לפי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אוצר מילים חדש בעברית – הכרת הכלי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המיון לפי נושאים עוזר לקבץ מילים מאותו תחום חיים ולזכור אותן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שימוש במילה במשפט עוזר לקשר אותה להקשר ולזכור את 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אוצר מילים חדש בעברית – מיון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(רחוב)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אוצר מילים חדש בעברית – מיון ויישום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כיסא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ארגז כלים לחוסן: מילים ומושגים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קשיים, להתאושש ולהמשיך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יכולת לראות מצב מכמה זוויות ולהתאים את החשיבה למצב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קשרים עם אנשים שיכולים לעזור ולתמוך בזמן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אמונה של אדם ביכולתו להצליח במשימה או באתגר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גמישות מחשבתית ולמידה מניסיון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ארגז כלים לחוסן: מילים ומושגים – השלמת מושגים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אופטימיות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ארגז כלים לחוסן: מילים ומושגים – כתיבה אישית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מוחשי, מזהה מושג רלוונטי (לדוגמה גמישות מחשבתית או תמיכה חברתית) ומסבירה כיצד הוא סייע בהתמודדות.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אופטימיות היא ציפייה לטוב ואמונה שהמצב ישתפר; קבלה היא הכרה במציאות כפי שהיא גם כשהיא קשה. יש להביא דוגמה אישית מתאימה לכל מושג.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המזכירה שני מושגים (לדוגמה תמיכה חברתית וגמישות מחשבתית) ומסבירה יישום מעשי בהתמודדות עם שינוי בחיי בני נוער.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תכנון והצגת פרויקט כיתתי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חיפוש וסינון מהיר של פריטים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תיאור קצר וממוקד שמשקף את תוכן הפרויקט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תכנון והצגת פרויקט כיתתי – מהתכנון לביצוע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 הדרכים שמוצגות למילוי מגילון.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לשלוח קישור שיתוף, כי המגילון נשמר רק בדפדפן שבו הוא נבנה.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תכנון והצגת פרויקט כיתתי –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(כותרת קצרה המתארת במה עוסק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מה רוצים להשיג ומה ילמדו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(רשימת פעולות לפי סדר ביצוע מתחילת הפרויקט ועד סופו)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(מילות מפתח שמסייעות לסנן ולמצוא את הפרויקט בקלות)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תכנון והצגת פרויקט כיתתי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גיליון Google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מאגר פריטים שאפשר לחפש, לסנן ולהגריל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 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מונחי לשון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מילון מילים חדשות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בדפדפן שבו הוא נבנה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נוצר קישור שמכיל את כל תוכן המגילון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הוא תמיד טוען את הגרסה המעודכנת מהגיליון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כל אחת מכילה פריטי דוגמה שאפשר לחפש ולסנן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קטגוריה הגיונית ומוסיף/ה תיוג רלוונטי לפריט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ההגדרות נכונות והדוגמה שנבחרה מתאימה למונח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תקין תחבירית והמילה משמשת במשמעות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שלושה-ארבעה שיעורים, פרק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להוסיף קטגוריה או תיוג חדש משל עצמם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לספק רשימת מילים או מונחים מוכנה לבחירה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בכיתה אחרי פרק הפרויקט, כדי לשתף רעיונות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ארגון מידע ואוצר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בניית מאגרי מידע קטנים – מיון, תיוג וחיפוש – כפי שעושים במגילון. עברו על הפרקים בסדר, כיוון שכל פרק מתבסס על כישורי ארגון שנלמדו בקודם. בסיום כל פרק בדקו את עצמכם מול שאלות ההערכה.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מיון וסיווג: בניית ספרייה כיתתית – זיהוי ומיון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 המיון לפי קטגוריות בספרייה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לתלמידים למצוא ספר מתאים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לקשט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הספרים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למנוע מתלמידים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פריטי דוגמה מופיעים בתבנית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אינה אחת משלוש הדרכים למלא פריטים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טופס פריט 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הדבקת שורות מגיליון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חיבור לגיליון Google שפורסם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סריקת ברקוד של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מיון וסיווג: בניית ספרייה כיתתית – אמת ושקר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למיין פריטים בספרייה גם לפי מילות מפתח ולא רק לפי קטגוריה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קצר לכל פריט עוזר להבין במהירות במה עוסק הספר בלי לקרוא אותו כולו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מיון וסיווג: בניית ספרייה כיתתית – תיוג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מידע עובדתי על נושא מהעולם האמיתי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הרפתקאות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שמתרחש בעתיד או בטכנולוגיה מתקדמת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מדע בדיוני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עלילה שמלווה מסעות ואתגרים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עם עולם דמיוני וכוחות קסם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מיון וסיווג: בניית ספרייה כיתתית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מילות ה__________ הן מילים קצרות שעוזרות לחפש פריט בספרייה גם בלי לזכור את שמו המדויק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לסמן ספר אהוב במיוחד אפשר להוסיף אותו לרשימת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בבניית ספרייה כיתתית כל פריט כולל בדרך כלל שם, קטגוריה, מילות מפתח ו__________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מונחי לשון ותחביר – היכרות עם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הנשוא במשפט 'הילדה קוראת 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הנושא במשפט 'הילדה קוראת 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מהמשפטים הבאים הוא משפט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רץ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רץ הביתה כי איחר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כשהילד רץ הביתה הוא 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רץ הביתה ואכל ארוחת 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מונחי לשון ותחביר – זיהוי והתאמה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מורכב הוא משפט המכיל פסוקית, כלומר משפט בתוך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חלק דיבר שמתאר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מונחי לשון ותחביר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'הכלב נבח בחצר' הנושא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'הילדה החכמה פתרה את התרגיל' הלוואי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'התלמידים למדו את השיר בעל פה' המושא הישיר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מונחי לשון ותחביר – התאמת מונחים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הסיווג הדקדוקי של מילים כמו שם עצם ופועל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מקבל את פעולת הפועל בלי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לוואי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נאמר על הנושא, לרוב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מושא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המכיל פסוקית תלויה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מורכב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המתארת שם עצם הסמוך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חלקי 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 או מה שעליו מדובר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אוצר מילים חדש בעברית – הכרת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מילון המילים החדשות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מילים חדשות בעברית לפי נושאים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כללי דקדוק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תאריכים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פריטים לדוגמה מופיעים בתבנית מילון המילים החדשות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אוצר מילים חדש בעברית – הכרת הכלי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מאפשר למיין מילים לפי נושאים כמו בית, בית ספר ורחוב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לזכור מילה חדשה טוב יותר כדאי להשתמש בה במשפט משלכם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אוצר מילים חדש בעברית – מיון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מרפסת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אוצר מילים חדש בעברית – מיון ויישום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הולך על ה__________ בדרך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בחדר האוכל שלנו יש שולחן גדול ו__________ נוח לישיבה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ארגז כלים לחוסן: מילים ומושגים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המרכזית של "חוסן נפשי"?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להתמודד עם קשיים, להתאושש ולהמשיך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הימנעות מוחלטת מכל קושי או 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תחושת עצב מתמשכת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 גופני בלבד ללא קשר לרגש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"גמישות מחשבתית" מתארת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יכולת לראות מצב מכמה זוויות ולהתאים את החשיבה למצב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התעקשות על דרך פתרון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 מתמיד של דעות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הימנעות מקבלת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"תמיכה חברתית", כמושג בארגז הכלים לחוסן, מתייחסת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קשרים עם אנשים שיכולים לעזור ולתמוך בזמן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הסתמכות רק על יכולות 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הימנעות ממגע עם אחרים בזמן משבר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"תחושת מסוגלות"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אמונה של אדם ביכולתו להצליח במשימה או באתגר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חוסר ביטחון מתמיד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הסתמכות על מזל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 מכישלון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תלמיד מקבל ציון נמוך במבחן, מנתח מה השתבש ומתכנן גישה חדשה ללמידה בפעם הבאה. איזה מושג מתאר התנהגות זו בצורה המדויקת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גמישות מחשבתית ולמידה מניסיון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 על המטרה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הסתמכות על 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עצמית קשה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ארגז כלים לחוסן: מילים ומושגים – השלמת מושגים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אדם מצליח לזהות את רגשותיו ולנהל אותם בצורה מאוזנת בזמן לחץ, מדובר ב-__________ רגשי.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הנטייה לראות את הצד החיובי במצבים ולצפות לטוב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ההכרה במציאות כפי שהיא, גם כשהיא קשה לשינוי,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תחושה שלמעשים ולחיים יש תכלית וערך אישי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ארגז כלים לחוסן: מילים ומושגים – כתיבה אישית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בכמה משפטים מצב אישי שבו הפעלתם חוסן נפשי, למשל התמודדות עם כישלון, שינוי או אכזבה. ציינו איזה כלי מארגז הכלים לחוסן עזר לכם ואיך.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"אופטימיות" ל-"קבלה", והביאו דוגמה קצרה לכל אחד מהם.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שניים ממושגי החוסן שנלמדו וכתבו כיצד בני נוער יכולים להשתמש בהם כדי להתמודד עם שינוי משמעותי, כמו מעבר לכיתה חדשה או סיום שלב לימודים.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תכנון והצגת פרויקט כיתתי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העיקרית של תיוג (תגיות) בפריט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הפריט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חיפוש וסינון מהיר של פריטים 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שם הפריט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קישור שיתוף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לכלול בשם פרויקט כיתתי כדי שיהיה ברור וקל לאיתור?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קצר וממוקד שמשקף את תוכן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אקראי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אימוג'י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מקרי שלא קשור לנושא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תכנון והצגת פרויקט כיתתי – מהתכנון לביצוע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למלא מגילון בשלוש דרכים: טופס פריט־פריט, הדבקת שורות מגיליון, או חיבור לגיליון גוגל שפורסם.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שתלמידים יראו מגילון של פרויקט שבנינו, מספיק לשמור אותו במחשב בלי לשלוח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תכנון והצגת פרויקט כיתתי –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הפרויקט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מילות מפתח שמסייעות לסנן ולמצוא את הפרויקט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מטרת הפרויקט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כותרת קצרה המתארת במה עוסק הפרויקט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שלבי 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מה רוצים להשיג ומה ילמדו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תיוג (תגיות)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רשימת פעולות לפי סדר ביצוע מתחילת הפרויקט ועד סופו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תכנון והצגת פרויקט כיתתי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מגילון נשמר רק ב__________ שבו הוא נבנה, ולכן צריך לשלוח קישור כדי לשתף אותו עם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שהתלמידים תמיד יראו את הגרסה המעודכנת של הפרויקט, כדאי לחבר __________ ולשלוח קישור חי.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מגילון חי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מאגר פריטים שאפשר לחפש, לסנן ולהגריל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את המורה בהוראה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הודעות טקסט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ציונים של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דרכים מוצעות למילוי מגילון בתוכן?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תבנית מתאימה לתרגול מושגים כמו נשוא ולוואי?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תבנית נועדה לסייע לתלמידים עולים חדשים ללמוד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כלים לחוסן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מילים חדשות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מגילון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נשמר תוכן המגילון לאחר הבנייה?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בשרת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בדפדפן שבו הוא נבנה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בענן אוטומטי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שמירה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כשלוחצים על כפתור שיתוף?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נמחק המגילון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קישור שמכיל את כל תוכן המגילון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נשלח מייל אוטומטי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נפתח חלון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היתרון של חיבור לגיליון Google ושליחת קישור חי לעומת קישור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טוען את הגרסה המעודכנת מהגיליון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עובד רק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דורש 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מוחק פריטים ישנים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המשותף לכל חמש התבניות המוצעות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עוסקות רק בספרות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אחת מכילה פריטי דוגמה שאפשר לחפש ולסנן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דורשות הרשמה בתשלום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מיועדות רק לכיתות א-ב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למיין פריטים לפי קטגוריה ולתייג אותם במילות מפתח מתאימות?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ומסביר נכון לפחות ארבעה מונחי לשון ותחביר?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להשתמש במילים חדשות (אוצר מילים או מושגי חוסן) במשפט שלם ומדויק?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חי: ארגון מידע ואוצר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