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תיוג וסינון של מידע לפי קטגוריות 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ולהטמיע מונחי לשון ותחביר דרך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בעברית ולהשתמש בו במשפטים 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ולתעד פרויקט כיתתי בצורה מסודרת ומנוסחת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מיון וסיווג: בניית ספרייה כיתתית – זיהוי ומיון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לתלמידים למצוא ספר מתאים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מיון וסיווג: בניית ספרייה כיתתית – אמת ושקר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פריט יכול לכלול כמה מילות מפתח שעוזרות לחיפוש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התיאור הקצר בכרטיס הפריט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מיון וסיווג: בניית ספרייה כיתתית – תיוג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עם עולם דמיוני וכוחות קסם)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(עלילה שמלווה מסעות ואתגרים)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שמתרחש בעתיד או בטכנולוגיה מתקדמת)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(מידע עובדתי על נושא מהעולם האמיתי)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מיון וסיווג: בניית ספרייה כיתתית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מונחי לשון ותחביר – היכרות עם מונחים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מונחי לשון ותחביר – זיהוי והתאמה במשפטים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תלויה במשפט העיקרי ומשלימה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שם עצם ולא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מונחי לשון ותחביר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מונחי לשון ותחביר – התאמת מונחים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נאמר על הנושא, לרוב 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המתארת שם עצם הסמוך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 את פעולת הפועל בלי מילת יחס)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חדש בעברית – הכרת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מילים חדשות בעברית לפי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אוצר מילים חדש בעברית – הכרת הכלי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המיון לפי נושאים עוזר לקבץ מילים מאותו תחום חיים ולזכור אותן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שימוש במילה במשפט עוזר לקשר אותה להקשר ולזכור את 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אוצר מילים חדש בעברית – מיון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אוצר מילים חדש בעברית – מיון ויישום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כיסא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ארגז כלים לחוסן: מילים ומושגים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קשיים, להתאושש ולהמשיך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לראות מצב מכמה זוויות ולהתאים את החשיבה למצב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קשרים עם אנשים שיכולים לעזור ולתמוך בזמן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ארגז כלים לחוסן: מילים ומושגים – השלמת מושגים בהקשר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אופטימיות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ארגז כלים לחוסן: מילים ומושגים – כתיבה אישית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מוחשי, מזהה מושג רלוונטי (לדוגמה גמישות מחשבתית או תמיכה חברתית) ומסבירה כיצד הוא סייע בהתמודדות.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תכנון והצגת פרויקט כיתתי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חיפוש וסינון מהיר של פריטים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תיאור קצר וממוקד שמשקף את תוכן הפרויקט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תכנון והצגת פרויקט כיתתי – מהתכנון לביצוע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 הדרכים שמוצגות למילוי מגילון.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לשלוח קישור שיתוף, כי המגילון נשמר רק בדפדפן שבו הוא נבנה.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תכנון והצגת פרויקט כיתתי –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(כותרת קצרה המתארת במה עוסק הפרויקט)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מה רוצים להשיג ומה ילמדו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(רשימת פעולות לפי סדר ביצוע מתחילת הפרויקט ועד סופו)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(מילות מפתח שמסייעות לסנן ולמצוא את הפרויקט בקלות)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תכנון והצגת פרויקט כיתתי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מאגר פריטים שאפשר לחפש, לסנן ולהגריל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מונחי לשון ותחביר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קטגוריה הגיונית ומוסיף/ה תיוג רלוונטי לפריט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ההגדרות נכונות והדוגמה שנבחרה מתאימה למונח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תקין תחבירית והמילה משמשת במשמעות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שלושה-ארבעה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להוסיף קטגוריה או תיוג חדש משל עצמם לכל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לספק רשימת מילים או מונחים מוכנה לבחירה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בכיתה אחרי פרק הפרויקט, כדי לשתף רעיונות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מגילון חי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מגילון חי: ארגון מידע ואוצר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בניית מאגרי מידע קטנים – מיון, תיוג וחיפוש – כפי שעושים במגילון. עברו על הפרקים בסדר, כיוון שכל פרק מתבסס על כישורי ארגון שנלמדו בקודם. בסיום כל פרק בדקו את עצמכם מול שאלות ההערכה.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מפתח  ·  דפדפן  ·  הכלב  ·  ויסות  ·  כיסא  ·  החכמה  ·  אופטימיות  ·  מועדפים  ·  מדרכה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מיון וסיווג: בניית ספרייה כיתתית – זיהוי ומיון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 המיון לפי קטגוריות בספרייה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לעזור לתלמידים למצוא ספר מתאים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לקשט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הספרים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פריטי דוגמה מופיעים בתבנית הספרייה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מיון וסיווג: בניית ספרייה כיתתית – אמת ושקר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למיין פריטים בספרייה גם לפי מילות מפתח ולא רק לפי 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קצר לכל פריט עוזר להבין במהירות במה עוסק הספר בלי לקרוא אותו כולו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מיון וסיווג: בניית ספרייה כיתתית – תיוג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עלילה שמלווה מסעות ואתגרים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הרפתקאות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שמתרחש בעתיד או בטכנולוגיה מתקדמת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מידע עובדתי על נושא מהעולם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עם עולם דמיוני וכוחות קסם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מיון וסיווג: בניית ספרייה כיתתית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מילות ה__________ הן מילים קצרות שעוזרות לחפש פריט בספרייה גם בלי לזכור את שמו המדויק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לסמן ספר אהוב במיוחד אפשר להוסיף אותו לרשימת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מונחי לשון ותחביר – היכרות עם מונחים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הנשוא במשפט 'הילדה קוראת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הנושא במשפט 'הילדה קוראת 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מונחי לשון ותחביר – זיהוי והתאמה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מורכב הוא משפט המכיל פסוקית, כלומר משפט בתוך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הוא חלק דיבר שמתאר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מונחי לשון ותחביר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'הכלב נבח בחצר' הנושא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'הילדה החכמה פתרה את התרגיל' הלוואי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מונחי לשון ותחביר – התאמת מונחים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מקבל את פעולת הפועל בלי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או מה שעליו מדובר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לוואי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נאמר על הנושא, לרוב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מושא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המתארת שם עצם הסמוך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אוצר מילים חדש בעברית – הכרת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מילון המילים החדשות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 מילים חדשות בעברית לפי נושאים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ללמוד כללי דקדוק 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לתרגל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פריטים לדוגמה מופיעים בתבנית מילון המילים החדשות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אוצר מילים חדש בעברית – הכרת הכלי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המילון מאפשר למיין מילים לפי נושאים כמו בית, בית ספר ורחוב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לזכור מילה חדשה טוב יותר כדאי להשתמש בה במשפט משלכם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אוצר מילים חדש בעברית – מיון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אוצר מילים חדש בעברית – מיון ויישום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הולך על ה__________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בחדר האוכל שלנו יש שולחן גדול ו__________ נוח לישיבה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ארגז כלים לחוסן: מילים ומושגים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המרכזית של "חוסן נפשי"?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היכולת להתמודד עם קשיים, להתאושש ולהמשיך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הימנעות מוחלטת מכל קושי או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תחושת עצב מתמשכת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"גמישות מחשבתית" מתארת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יכולת לראות מצב מכמה זוויות ולהתאים את החשיבה למצב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התעקשות על דרך פתרון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שינוי מתמיד של דעות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"תמיכה חברתית", כמושג בארגז הכלים לחוסן, מתייחסת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קשרים עם אנשים שיכולים לעזור ולתמוך בזמן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הסתמכות רק על יכולות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הימנעות ממגע עם אחרים בזמן משבר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ארגז כלים לחוסן: מילים ומושגים – השלמת מושגים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אדם מצליח לזהות את רגשותיו ולנהל אותם בצורה מאוזנת בזמן לחץ, מדובר ב-__________ רגשי.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הנטייה לראות את הצד החיובי במצבים ולצפות לטוב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ארגז כלים לחוסן: מילים ומושגים – כתיבה אישית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בכמה משפטים מצב אישי שבו הפעלתם חוסן נפשי, למשל התמודדות עם כישלון, שינוי או אכזבה. ציינו איזה כלי מארגז הכלים לחוסן עזר לכם ואיך.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תכנון והצגת פרויקט כיתתי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תיוג (תגיות) בפריט במגילון?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לקשט את הפריט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לאפשר חיפוש וסינון מהיר של פריטים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שם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חשוב לכלול בשם פרויקט כיתתי כדי שיהיה ברור וקל לאיתור?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קצר וממוקד שמשקף את תוכן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אקראי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אימוג'י אחד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תכנון והצגת פרויקט כיתתי – מהתכנון לביצוע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למלא מגילון בשלוש דרכים: טופס פריט־פריט, הדבקת שורות מגיליון, או חיבור לגיליון גוגל שפורסם.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שתלמידים יראו מגילון של פרויקט שבנינו, מספיק לשמור אותו במחשב בלי לשלוח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תכנון והצגת פרויקט כיתתי –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מילות מפתח שמסייעות לסנן ולמצוא את הפרויקט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מטרת הפרויקט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רשימת פעולות לפי סדר ביצוע מתחילת הפרויקט ועד סופו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שלבי 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מה רוצים להשיג ומה ילמדו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תיוג (תגיות)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כותרת קצרה המתארת במה עוסק הפרויקט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תכנון והצגת פרויקט כיתתי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מגילון נשמר רק ב__________ שבו הוא נבנה, ולכן צריך לשלוח קישור כדי לשתף אותו עם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מגילון חי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מאגר פריטים שאפשר לחפש, לסנן ולהגריל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להחליף את המורה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לשלוח הודעות טקסט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דרכים מוצעות למילוי מגילון בתוכן?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דרך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תבנית מתאימה לתרגול מושגים כמו נשוא ולוואי?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הספרייה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מונחי לשון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מילים חדשות לעולים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למיין פריטים לפי קטגוריה ולתייג אותם במילות מפתח מתאימות?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מזהה ומסביר נכון לפחות ארבעה מונחי לשון ותחביר?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מגילון חי: ארגון מידע ואוצר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